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/ ENSTITÜSÜ YÖNETIM KURULUNA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Belgelendirilen mazeret nedeniyle ilgili yarıyılda kaydın dondurulması.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belgelendirilen mazeret nedeniyle ilgili yarıyılda kaydın dondurulması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Belgelendirilen mazeret nedeniyle ilgili yarıyılda kaydın dondurulması;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Dondurma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