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FAKÜLTESI / YÜKSEKOKULU YÖNETIM KURULUNA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Azami öğrenim süresi sonunda tanınan ek sınav haklarından yararlandırılma.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azami öğrenim süresi sonunda tanınan ek sınav haklarından yararlandırılma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Azami öğrenim süresi sonunda tanınan ek sınav haklarından yararlandırılma;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Azami Süre Sonu Ek Sınav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