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/ YÜKSEKOKULU DEKANLIĞINA / MÜDÜRLÜĞÜNE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Mezuniyet için kalan tek ders bakımından sınav hakkı verilmesi.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mezuniyet için kalan tek ders bakımından sınav hakkı verilmesi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Mezuniyet için kalan tek ders bakımından sınav hakkı verilmesi;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Tek Ders Sınavı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