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KURUMU / ÜNIVERSITE REKTÖRLÜĞÜNE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Tez kapsamında veri toplama ve araştırma uygulaması için kurum izni verilmesi.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tez kapsamında veri toplama ve araştırma uygulaması için kurum izni verilmesi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Tez kapsamında veri toplama ve araştırma uygulaması için kurum izni verilmesi;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Araştırması İçin Kurum İzni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