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FAKÜLTESI DEKANLIĞINA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Daha önce onaylanan görevlendirmenin ortaya çıkan mazeret nedeniyle iptal edilmesi.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daha önce onaylanan görevlendirmenin ortaya çıkan mazeret nedeniyle iptal edilmesi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Daha önce onaylanan görevlendirmenin ortaya çıkan mazeret nedeniyle iptal edilmesi;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Görevlendirme İptali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