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YÜKSEKÖĞRETIM KURULU BAŞKANLIĞINA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Yurt dışındaki yükseköğretim kurumuna ilişkin okul tanıma belgesi düzenlenmesi.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yurt dışındaki yükseköğretim kurumuna ilişkin okul tanıma belgesi düzenlenmesi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Yurt dışındaki yükseköğretim kurumuna ilişkin okul tanıma belgesi düzenlenmesi;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YÖK Okul Tanıma Belgesi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