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ÜNIVERSITELERARASI KURUL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Bildirilen etik iddialara ilişkin açıklama ve belgelerin inceleme dosyasına alınması.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bildirilen etik iddialara ilişkin açıklama ve belgelerin inceleme dosyasına alınması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Bildirilen etik iddialara ilişkin açıklama ve belgelerin inceleme dosyasına alınması;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ÜAK Etik İddia Hakkında Savunma Sunma Dilekçesi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