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GENEL ÖĞRENCI TALEP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Öğrencinin birimden talebini kayıt altına alır.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Öğrenci No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Adı Soyadı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Program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İletişim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Talep Konusu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Açıklama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Genel Öğrenci Talep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