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DERS EKLEME VE BIRAKMA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Danışman onaylı ders değişikliklerini gösterir.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Yarıyıl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Eklenen Ders Kodu/Adı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Bırakılan Ders Kodu/Adı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Gerekçe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Görüşü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Ekleme ve Bırakma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