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MAZERET SINAVI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Mazeret ve sınav bilgilerini belgelendirir.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Sınav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Mazeret Dönemi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Belge Türü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 Kararı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