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TEK DERS SINAVI BAŞVURU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Mezuniyet aşamasındaki tek ders durumunu doğrular.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Program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Ders Kodu/Adı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Başarısızlık Notu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Mezuniyet Kontrolü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Onayı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 Ders Sınavı Başvuru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