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ÇIFT ANADAL BAŞVURU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Çift anadal koşullarını ve tercih edilen programı kaydeder.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Ana Program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Başvurulan Program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Genel Not Ortalaması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Başarı Sırası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Disiplin Durumu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Çift Anadal Başvuru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