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YATAY GEÇIŞ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Yatay geçiş türü ve başvuru belgelerini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Türü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Geldiği Üniversite/Program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Hedef 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Yerleştirme Puanı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Belge Kontrolü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Yatay Geçiş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