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ÖZEL ÖĞRENCI BAŞVURU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Özel öğrenci statüsündeki ders alma talebini kaydeder.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Kayıtlı Kurum/Program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Ders Alınacak Birim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Dersler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Süre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Onayı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Özel Öğrenci Başvuru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