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KAYIT DONDURMA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Kayıt dondurma süresi, nedeni ve belgelerini gösterir.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Talep Edilen Dönem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Mazeret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Mazeret Tarihleri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Ekler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Yönetim Kurulu Kararı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Kayıt Dondurma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