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KAYIT SILME VE İLIŞIK KESME FORMU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form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Koordinatörlüğü]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Formun Amacı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Öğrencinin ilişik kesme birimlerini ve teslimlerini izler.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 / Kayıt Tarihi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    Evrak No: [........................]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BAŞVURU / İŞLEM BILGILERI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200"/>
        <w:gridCol w:w="6489"/>
      </w:tblGrid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Ayrılma Nedeni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Kütüphane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Mali İşler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Öğrenci İşleri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Demirbaş Teslimi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Sonuç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</w:tbl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BEYAN VE ONAY</w:t>
      </w:r>
    </w:p>
    <w:p>
      <w:pPr>
        <w:spacing w:after="16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Beyan : </w:t>
      </w:r>
      <w:r>
        <w:rPr>
          <w:rFonts w:ascii="Cambria" w:hAnsi="Cambria" w:eastAsia="Cambria" w:cs="Cambria"/>
          <w:sz w:val="22"/>
        </w:rPr>
        <w:t>Bu formda verdiğim bilgilerin ve sunduğum eklerin doğru ve güncel olduğunu beyan ederim.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44"/>
        <w:gridCol w:w="4845"/>
      </w:tblGrid>
      <w:tr>
        <w:tc>
          <w:tcPr>
            <w:tcW w:type="dxa" w:w="4844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Başvuran / Düzenleyen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4845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/ Birim Yetkilisi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Kayıt Silme ve İlişik Kesme Formu</dc:title>
  <dc:subject>Akademik form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