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ÖĞRENCI BILGISI DÜZELTME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Kimlik veya kayıt bilgilerindeki düzeltme talebini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Hatalı Bilgi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Doğru Bilgi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Dayanak Belge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Öğrenci No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Kontrol Eden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Bilgisi Düzeltme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