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İKINCI NÜSHA DIPLOMA TALEP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Kayıp veya zayi diploma için ikinci nüsha sürecini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Mezuniyet Programı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Mezuniyet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Diploma 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Kayıp Açıklaması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İlan/Belge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Teslim Şekli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İkinci Nüsha Diploma Talep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