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DANIŞMANI ATAMA ÖNERI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Öğrenci, program ve önerilen danışman bilgisini kurul gündemine sunar.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Öğrenci/Program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Tez Alanı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Önerilen Danışman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Uzmanlık Alanı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Anabilim Dalı Görüşü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Danışmanı Atama Öneri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