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TEZ DANIŞMANI DEĞIŞIKLIĞI FORMU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form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Koordinatörlüğü]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Formun Amacı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Mevcut ve önerilen danışman ile değişiklik gerekçesini kaydeder.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Başvuru / Kayıt Tarihi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    Evrak No: [........................]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BAŞVURU / İŞLEM BILGILERI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200"/>
        <w:gridCol w:w="6489"/>
      </w:tblGrid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Mevcut Danışman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Önerilen Danışman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Gerekçe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Öğrenci Beyanı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Anabilim Dalı Önerisi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</w:tbl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BEYAN VE ONAY</w:t>
      </w:r>
    </w:p>
    <w:p>
      <w:pPr>
        <w:spacing w:after="16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Beyan : </w:t>
      </w:r>
      <w:r>
        <w:rPr>
          <w:rFonts w:ascii="Cambria" w:hAnsi="Cambria" w:eastAsia="Cambria" w:cs="Cambria"/>
          <w:sz w:val="22"/>
        </w:rPr>
        <w:t>Bu formda verdiğim bilgilerin ve sunduğum eklerin doğru ve güncel olduğunu beyan ederim.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44"/>
        <w:gridCol w:w="4845"/>
      </w:tblGrid>
      <w:tr>
        <w:tc>
          <w:tcPr>
            <w:tcW w:type="dxa" w:w="4844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Başvuran / Düzenleyen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4845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Danışman / Birim Yetkilisi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Tez Danışmanı Değişikliği Formu</dc:title>
  <dc:subject>Akademik form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