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KONUSU ÖNERI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başlığı, problem, yöntem ve takvimi özetler.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Türkçe Başlık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İngilizce Başlık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Araştırma Problemi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Yöntem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Anahtar Kelimeler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Planlanan Takvim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Konusu Öneri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