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KONUSU DEĞIŞIKLIĞI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Eski ve yeni tez konusunu gerekçesiyle karşılaştırır.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Eski Başlık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Yeni Başlık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Değişiklik Gerekçesi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Kapsama Etkisi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Konusu Değişikliği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