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SAVUNMA JÜRISI ÖNERI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Asil ve yedek jüri adaylarını kurum/uzmanlık bilgileriyle sunar.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Savunma Türü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Asil Üye 1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Asil Üye 2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Asil Üye 3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Yedek Üye 1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Yedek Üye 2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Savunma Jürisi Öneri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