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SEMINER DEĞERLENDIRME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Seminer sunumunu konu, yöntem ve anlatım bakımından değerlendirir.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Seminer Başlığı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Sunum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Bilimsel İçerik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Yöntem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Sunum Yetkinliği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Başarı Sonucu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Seminer Değerlendirme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