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YÜKSEK LISANS TEZ ÖNERISI DEĞERLENDIRME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Tez önerisinin amaç, yöntem ve yapılabilirliğini değerlendirir.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 ve Özgünlük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Literatür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Yöntem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Etik Gereklilik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Yapılabilirlik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Sonuç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Yüksek Lisans Tez Önerisi Değerlendirme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