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DOKTORA TEZ ÖNERISI DEĞERLENDIRME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Doktora tez önerisinin bilimsel yeterliğini komite bazında değerlendirir.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Problem ve Hipotez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Özgün Değer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Yöntem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İş-Zaman Planı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Komite Görüşü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Sonuç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Doktora Tez Önerisi Değerlendirme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