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İZLEME KOMITESI ÜYE ÖNERI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izleme komitesi asil üyelerini uzmanlık alanlarıyla önerir.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Öğrenci/Program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1/Kurumu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2/Kurumu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Uzmanlık Gerekçesi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İzleme Komitesi Üye Öneri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