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TEZ İZLEME GELIŞME DEĞERLENDIRME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Tez dönemindeki gelişmeyi, sorunları ve sonraki hedefleri kaydeder.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Rapor Dönemi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Yapılan Çalışmalar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Bulgular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Gecikme/Risk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Sonraki Dönem Planı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Komite Sonucu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İzleme Gelişme Değerlendirme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