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ÖĞRENCI-DANIŞMAN TEZ KONTROL BEYANI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Tez yazım, etik ve teslim kontrollerinin birlikte yapıldığını beyan 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Tez Başlığı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Yazım Kılavuzu Kontrolü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Kaynak Gösterimi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Etik İzin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Beyanı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Beyanı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Öğrenci-Danışman Tez Kontrol Beyanı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