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MEZUN BILGI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Lisansüstü mezuniyet ve iletişim bilgilerini arşivler.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Program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Mezuniyet Tarihi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Tez Başlığı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İletişim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Çalıştığı Kurum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Mezun Bilgi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