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AKADEMIK PERSONEL GÖREV SÜRESI UZATMA FAALIYET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Görev dönemi akademik faaliyetlerini ve uzatma teklifini kaydeder.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Unvan/Birim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Görev Dönemi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Yayınlar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Projeler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Eğitim Faaliyetleri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 Görüşü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Personel Görev Süresi Uzatma Faaliyet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