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BAP PROJE BAŞVURU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Proje önerisinin amaç, yöntem, ekip, süre ve bütçesini özetler.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Proje Türü/Başlığı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Yürütücü ve Ekip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Amaç/Özgün Değer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Yöntem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Süre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Bütçe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Proje Başvuru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