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YÜKSEK LISANS TEZ SAVUNMA TUTANAĞI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Jüri üyelerinin savunma sonucundaki ortak veya ayrışan kanaatini kaydeder.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Yüksek Lisans Tez Savunma Tutanağı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