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DOKTORA TEZ SAVUNMA TUTANAĞI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Doktora tez savunmasının kabul, düzeltme veya ret sonucunu kaydeder.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Doktora Tez Savunma Tutanağı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