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DOKTORA YETERLIK SINAVI TUTANAĞI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Yazılı ve sözlü yeterlik aşamalarının sonuçlarını kaydeder.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Doktora Yeterlik Sınavı Tutanağı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