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ÖNERISI SAVUNMA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önerisi savunmasının kabul, düzeltme veya ret sonucunu gerekçelendirir.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Önerisi Savunma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