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BIREYSEL TEZ DEĞERLENDIRME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Bir jüri üyesinin teze ilişkin bilimsel ve biçimsel değerlendirmesini sunar.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Bireysel Tez Değerlendirme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