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SEMINER DEĞERLENDIRME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Seminer çalışmasının bilimsel içerik, yöntem ve sunum yeterliğini açıklar.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Seminer Değerlendirme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