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BENZERLIK VE ÖZGÜNLÜK RAPORU BEYANI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Benzerlik raporunun tarih, yazılım, oran ve kapsam bilgilerini beyan 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Benzerlik ve Özgünlük Raporu Beyanı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