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TEZ KONTROL KOMISYONU RAPORU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Tezin yazım kılavuzu, teslim koşulları ve zorunlu bölümler yönünden kontrolünü belgeler.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Tez Kontrol Komisyonu Raporu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