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MEZUNIYET UYGUNLUK KONTROL RAPORU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Ders, kredi, yayın, tez ve ilişik kesme koşullarının tamamlandığını kontrol eder.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Mezuniyet Uygunluk Kontrol Raporu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