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YATAY GEÇIŞ DEĞERLENDIRME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Adayların koşullarını ve sıralama ölçütlerini şeffaf biçimde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Yatay Geçiş Değerlendirme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