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MUAFIYET VE İNTIBAK KOMISYONU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Muaf tutulan dersleri ve öğrencinin intibak ettirildiği yarıyılı belirler.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Muafiyet ve İntibak Komisyonu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