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NOT DÜZELTME KOMISYONU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Maddi hata tespiti ve eski-yeni not karşılaştırmasını gerekçelendirir.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 Düzeltme Komisyonu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