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MAZERET SINAVI DEĞERLENDIRME TUTANAĞI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Başvuruları belge, süre ve mazeret ölçütleri yönünden karara hazırlar.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Mazeret Sınavı Değerlendirme Tutanağı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