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ÖĞRENCI DISIPLIN SORUŞTURMASI ŞIKÂYETÇI İFADE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Şikâyetçinin kimlik, olay anlatımı ve delil bildirimini kaydeder.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Disiplin Soruşturması Şikâyetçi İfade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