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ÖĞRENCI DISIPLIN SORUŞTURMASI HAKKINDA SORUŞTURMA YAPILAN İFADE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Öğrencinin isnadı öğrenmesini ve açıklamalarını kaydeder.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Disiplin Soruşturması Hakkında Soruşturma Yapılan İfade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