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SAVUNMA İSTEMI YAZISI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Isnat edilen fiil ile savunma için tanınan usul ve süreyi bildirir.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Savunma İstemi Yazısı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