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DISIPLIN SORUŞTURMASI RAPORU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Iddia, delil, ifade, hukuki değerlendirme ve kanaati bütünlüklü biçimde sunar.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Disiplin Soruşturması Raporu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