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AKADEMIK PERSONEL YILLIK FAALIYET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Eğitim, araştırma, yayın, proje ve toplumsal katkı faaliyetlerini özetler.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Personel Yıllık Faaliyet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